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2: Mental Math &amp; Fact Fluency</w:t>
      </w:r>
    </w:p>
    <w:p>
      <w:pPr>
        <w:spacing w:after="20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Solve: 14 - 6 = ___ and 7 x 8 = ___.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Show or describe a strategy you used for one of them.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Use double-double to solve 23 x 4. Show your thinking. (Gr 6)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use a mental-math strategy for facts.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